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D4D0" w14:textId="77777777" w:rsidR="00B039E8" w:rsidRPr="002960A0" w:rsidRDefault="00B039E8" w:rsidP="007B774B">
      <w:pPr>
        <w:rPr>
          <w:b/>
          <w:sz w:val="36"/>
          <w:szCs w:val="18"/>
        </w:rPr>
      </w:pPr>
      <w:r w:rsidRPr="002960A0">
        <w:rPr>
          <w:b/>
          <w:sz w:val="36"/>
          <w:szCs w:val="18"/>
        </w:rPr>
        <w:t xml:space="preserve">Český motocyklový tým SP </w:t>
      </w:r>
      <w:proofErr w:type="spellStart"/>
      <w:r w:rsidRPr="002960A0">
        <w:rPr>
          <w:b/>
          <w:sz w:val="36"/>
          <w:szCs w:val="18"/>
        </w:rPr>
        <w:t>race</w:t>
      </w:r>
      <w:proofErr w:type="spellEnd"/>
      <w:r w:rsidRPr="002960A0">
        <w:rPr>
          <w:b/>
          <w:sz w:val="36"/>
          <w:szCs w:val="18"/>
        </w:rPr>
        <w:t xml:space="preserve"> </w:t>
      </w:r>
      <w:proofErr w:type="spellStart"/>
      <w:r w:rsidRPr="002960A0">
        <w:rPr>
          <w:b/>
          <w:sz w:val="36"/>
          <w:szCs w:val="18"/>
        </w:rPr>
        <w:t>project</w:t>
      </w:r>
      <w:proofErr w:type="spellEnd"/>
      <w:r w:rsidRPr="002960A0">
        <w:rPr>
          <w:b/>
          <w:sz w:val="36"/>
          <w:szCs w:val="18"/>
        </w:rPr>
        <w:t xml:space="preserve"> míří do </w:t>
      </w:r>
      <w:proofErr w:type="spellStart"/>
      <w:r w:rsidRPr="002960A0">
        <w:rPr>
          <w:b/>
          <w:sz w:val="36"/>
          <w:szCs w:val="18"/>
        </w:rPr>
        <w:t>Oscherslebenu</w:t>
      </w:r>
      <w:proofErr w:type="spellEnd"/>
      <w:r w:rsidRPr="002960A0">
        <w:rPr>
          <w:b/>
          <w:sz w:val="36"/>
          <w:szCs w:val="18"/>
        </w:rPr>
        <w:t>. Přiváží technická vylepšení a chce potvrdit rostoucí formu</w:t>
      </w:r>
    </w:p>
    <w:p w14:paraId="6D9571A6" w14:textId="77777777" w:rsidR="00B039E8" w:rsidRPr="00F45A6C" w:rsidRDefault="00B039E8" w:rsidP="00B039E8">
      <w:pPr>
        <w:jc w:val="both"/>
      </w:pPr>
      <w:proofErr w:type="spellStart"/>
      <w:r w:rsidRPr="00F45A6C">
        <w:t>Oschersleben</w:t>
      </w:r>
      <w:proofErr w:type="spellEnd"/>
      <w:r w:rsidRPr="00F45A6C">
        <w:t xml:space="preserve">, 30. července 2026 - </w:t>
      </w:r>
      <w:r w:rsidRPr="00F45A6C">
        <w:rPr>
          <w:b/>
          <w:bCs/>
        </w:rPr>
        <w:t xml:space="preserve">Český motocyklový tým SP </w:t>
      </w:r>
      <w:proofErr w:type="spellStart"/>
      <w:r w:rsidRPr="00F45A6C">
        <w:rPr>
          <w:b/>
          <w:bCs/>
        </w:rPr>
        <w:t>race</w:t>
      </w:r>
      <w:proofErr w:type="spellEnd"/>
      <w:r w:rsidRPr="00F45A6C">
        <w:rPr>
          <w:b/>
          <w:bCs/>
        </w:rPr>
        <w:t xml:space="preserve"> </w:t>
      </w:r>
      <w:proofErr w:type="spellStart"/>
      <w:r w:rsidRPr="00F45A6C">
        <w:rPr>
          <w:b/>
          <w:bCs/>
        </w:rPr>
        <w:t>project</w:t>
      </w:r>
      <w:proofErr w:type="spellEnd"/>
      <w:r w:rsidRPr="00F45A6C">
        <w:rPr>
          <w:b/>
          <w:bCs/>
        </w:rPr>
        <w:t xml:space="preserve"> vstupuje do druhé poloviny sezony mezinárodního šampionátu EURO MOTO 2026. Na německém okruhu Motorsport Arena </w:t>
      </w:r>
      <w:proofErr w:type="spellStart"/>
      <w:r w:rsidRPr="00F45A6C">
        <w:rPr>
          <w:b/>
          <w:bCs/>
        </w:rPr>
        <w:t>Oschersleben</w:t>
      </w:r>
      <w:proofErr w:type="spellEnd"/>
      <w:r w:rsidRPr="00F45A6C">
        <w:rPr>
          <w:b/>
          <w:bCs/>
        </w:rPr>
        <w:t xml:space="preserve">, kde se od 31. července do 2. srpna uskuteční čtvrtý podnik seriálu, si přeje navázat na zlepšující se výsledky z předchozích závodů. Ve třídě Supersport nastoupí Filip Novotný na motocyklu </w:t>
      </w:r>
      <w:sdt>
        <w:sdtPr>
          <w:tag w:val="goog_rdk_0"/>
          <w:id w:val="433608585"/>
        </w:sdtPr>
        <w:sdtContent/>
      </w:sdt>
      <w:r w:rsidRPr="00F45A6C">
        <w:rPr>
          <w:b/>
          <w:bCs/>
        </w:rPr>
        <w:t xml:space="preserve">Ducati </w:t>
      </w:r>
      <w:proofErr w:type="spellStart"/>
      <w:r w:rsidRPr="00F45A6C">
        <w:rPr>
          <w:b/>
          <w:bCs/>
        </w:rPr>
        <w:t>Panigale</w:t>
      </w:r>
      <w:proofErr w:type="spellEnd"/>
      <w:r w:rsidRPr="00F45A6C">
        <w:rPr>
          <w:b/>
          <w:bCs/>
        </w:rPr>
        <w:t xml:space="preserve"> V2 (#11), ve třídě </w:t>
      </w:r>
      <w:proofErr w:type="spellStart"/>
      <w:r w:rsidRPr="00F45A6C">
        <w:rPr>
          <w:b/>
          <w:bCs/>
        </w:rPr>
        <w:t>Sportbike</w:t>
      </w:r>
      <w:proofErr w:type="spellEnd"/>
      <w:r w:rsidRPr="00F45A6C">
        <w:rPr>
          <w:b/>
          <w:bCs/>
        </w:rPr>
        <w:t xml:space="preserve"> bude barvy české závodní stáje hájit </w:t>
      </w:r>
      <w:proofErr w:type="spellStart"/>
      <w:r w:rsidRPr="00F45A6C">
        <w:rPr>
          <w:b/>
          <w:bCs/>
        </w:rPr>
        <w:t>Maks</w:t>
      </w:r>
      <w:proofErr w:type="spellEnd"/>
      <w:r w:rsidRPr="00F45A6C">
        <w:rPr>
          <w:b/>
          <w:bCs/>
        </w:rPr>
        <w:t xml:space="preserve"> </w:t>
      </w:r>
      <w:proofErr w:type="spellStart"/>
      <w:r w:rsidRPr="00F45A6C">
        <w:rPr>
          <w:b/>
          <w:bCs/>
        </w:rPr>
        <w:t>Palmowski</w:t>
      </w:r>
      <w:proofErr w:type="spellEnd"/>
      <w:r w:rsidRPr="00F45A6C">
        <w:rPr>
          <w:b/>
          <w:bCs/>
        </w:rPr>
        <w:t xml:space="preserve"> na </w:t>
      </w:r>
      <w:proofErr w:type="spellStart"/>
      <w:r w:rsidRPr="00F45A6C">
        <w:rPr>
          <w:b/>
          <w:bCs/>
        </w:rPr>
        <w:t>Aprilii</w:t>
      </w:r>
      <w:proofErr w:type="spellEnd"/>
      <w:r w:rsidRPr="00F45A6C">
        <w:rPr>
          <w:b/>
          <w:bCs/>
        </w:rPr>
        <w:t xml:space="preserve"> RS660 (#95).</w:t>
      </w:r>
    </w:p>
    <w:p w14:paraId="1935D010" w14:textId="77777777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b/>
          <w:bCs/>
          <w:sz w:val="22"/>
        </w:rPr>
      </w:pPr>
      <w:r w:rsidRPr="00F45A6C">
        <w:rPr>
          <w:sz w:val="22"/>
        </w:rPr>
        <w:t xml:space="preserve">Čtvrtý podnik sezony přichází po letní přestávce. Právě rychlý návrat do závodního tempa bude podle českého týmu jedním z rozhodujících faktorů úspěchu. </w:t>
      </w:r>
      <w:r w:rsidRPr="00F45A6C">
        <w:rPr>
          <w:i/>
          <w:iCs/>
          <w:sz w:val="22"/>
        </w:rPr>
        <w:t xml:space="preserve">„Naším cílem je potvrdit vzestupnou tendenci výsledků. U Filipa věříme, že máme potenciál bojovat o umístění v první sedmičce. </w:t>
      </w:r>
      <w:proofErr w:type="spellStart"/>
      <w:r w:rsidRPr="00F45A6C">
        <w:rPr>
          <w:i/>
          <w:iCs/>
          <w:sz w:val="22"/>
        </w:rPr>
        <w:t>Maks</w:t>
      </w:r>
      <w:proofErr w:type="spellEnd"/>
      <w:r w:rsidRPr="00F45A6C">
        <w:rPr>
          <w:i/>
          <w:iCs/>
          <w:sz w:val="22"/>
        </w:rPr>
        <w:t xml:space="preserve"> na poslední zastávce v Mostě ukázal, že může bojovat s přední skupinou, přestože konkurence je letos mimořádně vyrovnaná a silná,“ </w:t>
      </w:r>
      <w:r w:rsidRPr="00F45A6C">
        <w:rPr>
          <w:sz w:val="22"/>
        </w:rPr>
        <w:t xml:space="preserve">říká </w:t>
      </w:r>
      <w:r w:rsidRPr="00F45A6C">
        <w:rPr>
          <w:b/>
          <w:bCs/>
          <w:sz w:val="22"/>
        </w:rPr>
        <w:t xml:space="preserve">Josef Smolka, zakladatel a šéf týmu SP </w:t>
      </w:r>
      <w:proofErr w:type="spellStart"/>
      <w:r w:rsidRPr="00F45A6C">
        <w:rPr>
          <w:b/>
          <w:bCs/>
          <w:sz w:val="22"/>
        </w:rPr>
        <w:t>race</w:t>
      </w:r>
      <w:proofErr w:type="spellEnd"/>
      <w:r w:rsidRPr="00F45A6C">
        <w:rPr>
          <w:b/>
          <w:bCs/>
          <w:sz w:val="22"/>
        </w:rPr>
        <w:t xml:space="preserve"> </w:t>
      </w:r>
      <w:proofErr w:type="spellStart"/>
      <w:r w:rsidRPr="00F45A6C">
        <w:rPr>
          <w:b/>
          <w:bCs/>
          <w:sz w:val="22"/>
        </w:rPr>
        <w:t>project</w:t>
      </w:r>
      <w:proofErr w:type="spellEnd"/>
      <w:r w:rsidRPr="00F45A6C">
        <w:rPr>
          <w:b/>
          <w:bCs/>
          <w:sz w:val="22"/>
        </w:rPr>
        <w:t>.</w:t>
      </w:r>
    </w:p>
    <w:p w14:paraId="407BB8E0" w14:textId="77777777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sz w:val="22"/>
        </w:rPr>
      </w:pPr>
      <w:r w:rsidRPr="00F45A6C">
        <w:rPr>
          <w:sz w:val="22"/>
        </w:rPr>
        <w:t xml:space="preserve">Motorsport Arena </w:t>
      </w:r>
      <w:proofErr w:type="spellStart"/>
      <w:r w:rsidRPr="00F45A6C">
        <w:rPr>
          <w:sz w:val="22"/>
        </w:rPr>
        <w:t>Oschersleben</w:t>
      </w:r>
      <w:proofErr w:type="spellEnd"/>
      <w:r w:rsidRPr="00F45A6C">
        <w:rPr>
          <w:sz w:val="22"/>
        </w:rPr>
        <w:t xml:space="preserve"> patří mezi technicky náročné okruhy. Na délce 3,67 kilometru nabízí sedm pravých a sedm levých zatáček, kombinuje rychlé pasáže s pomalými </w:t>
      </w:r>
      <w:proofErr w:type="spellStart"/>
      <w:r w:rsidRPr="00F45A6C">
        <w:rPr>
          <w:sz w:val="22"/>
        </w:rPr>
        <w:t>vracáky</w:t>
      </w:r>
      <w:proofErr w:type="spellEnd"/>
      <w:r w:rsidRPr="00F45A6C">
        <w:rPr>
          <w:sz w:val="22"/>
        </w:rPr>
        <w:t xml:space="preserve"> a technickou sekcí. Oba jezdci mají s tratí v </w:t>
      </w:r>
      <w:proofErr w:type="spellStart"/>
      <w:r w:rsidRPr="00F45A6C">
        <w:rPr>
          <w:sz w:val="22"/>
        </w:rPr>
        <w:t>Oscherslebenu</w:t>
      </w:r>
      <w:proofErr w:type="spellEnd"/>
      <w:r w:rsidRPr="00F45A6C">
        <w:rPr>
          <w:sz w:val="22"/>
        </w:rPr>
        <w:t xml:space="preserve"> zkušenosti. </w:t>
      </w:r>
    </w:p>
    <w:p w14:paraId="657032A7" w14:textId="77777777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sz w:val="22"/>
        </w:rPr>
      </w:pPr>
      <w:proofErr w:type="spellStart"/>
      <w:r w:rsidRPr="00F45A6C">
        <w:rPr>
          <w:sz w:val="22"/>
        </w:rPr>
        <w:t>Maks</w:t>
      </w:r>
      <w:proofErr w:type="spellEnd"/>
      <w:r w:rsidRPr="00F45A6C">
        <w:rPr>
          <w:sz w:val="22"/>
        </w:rPr>
        <w:t xml:space="preserve"> </w:t>
      </w:r>
      <w:proofErr w:type="spellStart"/>
      <w:r w:rsidRPr="00F45A6C">
        <w:rPr>
          <w:sz w:val="22"/>
        </w:rPr>
        <w:t>Palmowski</w:t>
      </w:r>
      <w:proofErr w:type="spellEnd"/>
      <w:r w:rsidRPr="00F45A6C">
        <w:rPr>
          <w:sz w:val="22"/>
        </w:rPr>
        <w:t xml:space="preserve"> zde loni debutoval na divokou kartu. Současně </w:t>
      </w:r>
      <w:sdt>
        <w:sdtPr>
          <w:tag w:val="goog_rdk_1"/>
          <w:id w:val="717119186"/>
        </w:sdtPr>
        <w:sdtContent/>
      </w:sdt>
      <w:r w:rsidRPr="00F45A6C">
        <w:rPr>
          <w:sz w:val="22"/>
        </w:rPr>
        <w:t xml:space="preserve">šlo o jeho první start na tomto okruhu i na motocyklu </w:t>
      </w:r>
      <w:proofErr w:type="spellStart"/>
      <w:r w:rsidRPr="00F45A6C">
        <w:rPr>
          <w:sz w:val="22"/>
        </w:rPr>
        <w:t>Aprilia</w:t>
      </w:r>
      <w:proofErr w:type="spellEnd"/>
      <w:r w:rsidRPr="00F45A6C">
        <w:rPr>
          <w:sz w:val="22"/>
        </w:rPr>
        <w:t xml:space="preserve"> RS660. Filip Novotný zná </w:t>
      </w:r>
      <w:proofErr w:type="spellStart"/>
      <w:r w:rsidRPr="00F45A6C">
        <w:rPr>
          <w:sz w:val="22"/>
        </w:rPr>
        <w:t>Oschersleben</w:t>
      </w:r>
      <w:proofErr w:type="spellEnd"/>
      <w:r w:rsidRPr="00F45A6C">
        <w:rPr>
          <w:sz w:val="22"/>
        </w:rPr>
        <w:t xml:space="preserve"> ze svého působení v </w:t>
      </w:r>
      <w:proofErr w:type="spellStart"/>
      <w:r w:rsidRPr="00F45A6C">
        <w:rPr>
          <w:sz w:val="22"/>
        </w:rPr>
        <w:t>Northern</w:t>
      </w:r>
      <w:proofErr w:type="spellEnd"/>
      <w:r w:rsidRPr="00F45A6C">
        <w:rPr>
          <w:sz w:val="22"/>
        </w:rPr>
        <w:t xml:space="preserve"> Talent </w:t>
      </w:r>
      <w:proofErr w:type="spellStart"/>
      <w:r w:rsidRPr="00F45A6C">
        <w:rPr>
          <w:sz w:val="22"/>
        </w:rPr>
        <w:t>Cupu</w:t>
      </w:r>
      <w:proofErr w:type="spellEnd"/>
      <w:r w:rsidRPr="00F45A6C">
        <w:rPr>
          <w:sz w:val="22"/>
        </w:rPr>
        <w:t xml:space="preserve">. </w:t>
      </w:r>
      <w:r w:rsidRPr="00F45A6C">
        <w:rPr>
          <w:i/>
          <w:iCs/>
          <w:sz w:val="22"/>
        </w:rPr>
        <w:t>„Po letní pauze bude důležité co nejrychleji najít závodní rytmus a navázat na práci, kterou jsme od začátku sezony odvedli,“</w:t>
      </w:r>
      <w:r w:rsidRPr="00F45A6C">
        <w:rPr>
          <w:sz w:val="22"/>
        </w:rPr>
        <w:t xml:space="preserve"> dodává</w:t>
      </w:r>
      <w:r w:rsidRPr="00F45A6C">
        <w:rPr>
          <w:b/>
          <w:bCs/>
          <w:sz w:val="22"/>
        </w:rPr>
        <w:t xml:space="preserve"> Filip Novotný.</w:t>
      </w:r>
    </w:p>
    <w:p w14:paraId="1C54233C" w14:textId="77777777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sz w:val="22"/>
        </w:rPr>
      </w:pPr>
      <w:r w:rsidRPr="00F45A6C">
        <w:rPr>
          <w:sz w:val="22"/>
        </w:rPr>
        <w:t xml:space="preserve">Do závodního víkendu vstupují oba jezdci povzbuzeni dosavadním průběhem sezony. Filip Novotný je po třech podnicích průběžně desátý v hodnocení třídy Supersport. Jeho dosavadním maximem je sedmé místo ze </w:t>
      </w:r>
      <w:proofErr w:type="spellStart"/>
      <w:r w:rsidRPr="00F45A6C">
        <w:rPr>
          <w:sz w:val="22"/>
        </w:rPr>
        <w:t>Sachsenringu</w:t>
      </w:r>
      <w:proofErr w:type="spellEnd"/>
      <w:r w:rsidRPr="00F45A6C">
        <w:rPr>
          <w:sz w:val="22"/>
        </w:rPr>
        <w:t xml:space="preserve">. </w:t>
      </w:r>
      <w:proofErr w:type="spellStart"/>
      <w:r w:rsidRPr="00F45A6C">
        <w:rPr>
          <w:sz w:val="22"/>
        </w:rPr>
        <w:t>Maks</w:t>
      </w:r>
      <w:proofErr w:type="spellEnd"/>
      <w:r w:rsidRPr="00F45A6C">
        <w:rPr>
          <w:sz w:val="22"/>
        </w:rPr>
        <w:t xml:space="preserve"> </w:t>
      </w:r>
      <w:proofErr w:type="spellStart"/>
      <w:r w:rsidRPr="00F45A6C">
        <w:rPr>
          <w:sz w:val="22"/>
        </w:rPr>
        <w:t>Palmowski</w:t>
      </w:r>
      <w:proofErr w:type="spellEnd"/>
      <w:r w:rsidRPr="00F45A6C">
        <w:rPr>
          <w:sz w:val="22"/>
        </w:rPr>
        <w:t xml:space="preserve"> figuruje na jedenácté příčce kategorie </w:t>
      </w:r>
      <w:proofErr w:type="spellStart"/>
      <w:r w:rsidRPr="00F45A6C">
        <w:rPr>
          <w:sz w:val="22"/>
        </w:rPr>
        <w:t>Sportbike</w:t>
      </w:r>
      <w:proofErr w:type="spellEnd"/>
      <w:r w:rsidRPr="00F45A6C">
        <w:rPr>
          <w:sz w:val="22"/>
        </w:rPr>
        <w:t>. Na posledním závodě v Mostě vybojoval v silné konkurenci výborné šesté místo.</w:t>
      </w:r>
    </w:p>
    <w:p w14:paraId="62D88438" w14:textId="3CE3246B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sz w:val="22"/>
        </w:rPr>
      </w:pPr>
      <w:r w:rsidRPr="00F45A6C">
        <w:rPr>
          <w:sz w:val="22"/>
        </w:rPr>
        <w:t xml:space="preserve">Před závodem v </w:t>
      </w:r>
      <w:proofErr w:type="spellStart"/>
      <w:r w:rsidRPr="00F45A6C">
        <w:rPr>
          <w:sz w:val="22"/>
        </w:rPr>
        <w:t>Oscherslebenu</w:t>
      </w:r>
      <w:proofErr w:type="spellEnd"/>
      <w:r w:rsidRPr="00F45A6C">
        <w:rPr>
          <w:sz w:val="22"/>
        </w:rPr>
        <w:t xml:space="preserve"> český tým připravil další technické novinky. </w:t>
      </w:r>
      <w:sdt>
        <w:sdtPr>
          <w:tag w:val="goog_rdk_2"/>
          <w:id w:val="-197979923"/>
        </w:sdtPr>
        <w:sdtContent/>
      </w:sdt>
      <w:r w:rsidRPr="00F45A6C">
        <w:rPr>
          <w:sz w:val="22"/>
        </w:rPr>
        <w:t xml:space="preserve">U motocyklu </w:t>
      </w:r>
      <w:proofErr w:type="spellStart"/>
      <w:r w:rsidR="00E852AC" w:rsidRPr="00E852AC">
        <w:t>Aprilie</w:t>
      </w:r>
      <w:proofErr w:type="spellEnd"/>
      <w:r w:rsidR="00E852AC" w:rsidRPr="00E852AC">
        <w:t xml:space="preserve"> RS660 </w:t>
      </w:r>
      <w:proofErr w:type="spellStart"/>
      <w:r w:rsidR="00E852AC" w:rsidRPr="00E852AC">
        <w:rPr>
          <w:sz w:val="22"/>
        </w:rPr>
        <w:t>Makse</w:t>
      </w:r>
      <w:proofErr w:type="spellEnd"/>
      <w:r w:rsidR="00E852AC" w:rsidRPr="00E852AC">
        <w:rPr>
          <w:sz w:val="22"/>
        </w:rPr>
        <w:t xml:space="preserve"> </w:t>
      </w:r>
      <w:proofErr w:type="spellStart"/>
      <w:r w:rsidR="00E852AC" w:rsidRPr="00E852AC">
        <w:rPr>
          <w:sz w:val="22"/>
        </w:rPr>
        <w:t>Palmowského</w:t>
      </w:r>
      <w:proofErr w:type="spellEnd"/>
      <w:r w:rsidR="00E852AC" w:rsidRPr="00E852AC">
        <w:rPr>
          <w:sz w:val="22"/>
        </w:rPr>
        <w:t xml:space="preserve"> </w:t>
      </w:r>
      <w:r w:rsidRPr="00F45A6C">
        <w:rPr>
          <w:sz w:val="22"/>
        </w:rPr>
        <w:t xml:space="preserve">se zaměřil na aerodynamická vylepšení, zatímco u </w:t>
      </w:r>
      <w:r w:rsidR="00E852AC" w:rsidRPr="00E852AC">
        <w:rPr>
          <w:sz w:val="22"/>
        </w:rPr>
        <w:t xml:space="preserve">Ducati </w:t>
      </w:r>
      <w:proofErr w:type="spellStart"/>
      <w:r w:rsidR="00E852AC" w:rsidRPr="00E852AC">
        <w:rPr>
          <w:sz w:val="22"/>
        </w:rPr>
        <w:t>Panigale</w:t>
      </w:r>
      <w:proofErr w:type="spellEnd"/>
      <w:r w:rsidR="00E852AC" w:rsidRPr="00E852AC">
        <w:rPr>
          <w:sz w:val="22"/>
        </w:rPr>
        <w:t xml:space="preserve"> V2 Filipa Novotného </w:t>
      </w:r>
      <w:r w:rsidRPr="00F45A6C">
        <w:rPr>
          <w:sz w:val="22"/>
        </w:rPr>
        <w:t xml:space="preserve">proběhly úpravy zvyšující efektivitu chlazení. </w:t>
      </w:r>
      <w:r w:rsidRPr="00F45A6C">
        <w:rPr>
          <w:i/>
          <w:iCs/>
          <w:sz w:val="22"/>
        </w:rPr>
        <w:t>„Od začátku jsme chtěli budovat tým, který propojuje závodění s vývojem. Díky spolupráci s českými technickými univerzitami v Ostravě, Praze a Brně dokážeme nové nápady rychle přenášet přímo na trať. O to víc mě těší, že i v našich podmínkách dokážeme posouvat motocykly i celý projekt dopředu,“</w:t>
      </w:r>
      <w:r w:rsidRPr="00F45A6C">
        <w:rPr>
          <w:sz w:val="22"/>
        </w:rPr>
        <w:t xml:space="preserve"> uvádí </w:t>
      </w:r>
      <w:r w:rsidRPr="00F45A6C">
        <w:rPr>
          <w:b/>
          <w:bCs/>
          <w:sz w:val="22"/>
        </w:rPr>
        <w:t>Josef Smolka.</w:t>
      </w:r>
    </w:p>
    <w:p w14:paraId="275546DD" w14:textId="77777777" w:rsidR="00B039E8" w:rsidRPr="00F45A6C" w:rsidRDefault="00B039E8" w:rsidP="00B039E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both"/>
        <w:rPr>
          <w:sz w:val="22"/>
        </w:rPr>
      </w:pPr>
      <w:r w:rsidRPr="00F45A6C">
        <w:rPr>
          <w:sz w:val="22"/>
        </w:rPr>
        <w:t xml:space="preserve">Mezinárodní šampionát EURO MOTO 2026 navazuje na tradici prestižního německého mistrovství IDM a během sezony zavítá na sedm evropských okruhů, kde se uskuteční celkem čtrnáct závodů. Ve startovním poli se pravidelně představuje evropská špička. Seriál zahrnuje 14 závodů na sedmi okruzích v Německu, Česku a Nizozemsku a nabízí souboje nejlepších evropských jezdců v kategoriích Superbike, Supersport a </w:t>
      </w:r>
      <w:proofErr w:type="spellStart"/>
      <w:r w:rsidRPr="00F45A6C">
        <w:rPr>
          <w:sz w:val="22"/>
        </w:rPr>
        <w:t>Sportbike</w:t>
      </w:r>
      <w:proofErr w:type="spellEnd"/>
      <w:r w:rsidRPr="00F45A6C">
        <w:rPr>
          <w:sz w:val="22"/>
        </w:rPr>
        <w:t xml:space="preserve"> spolu s bohatým doprovodným programem.</w:t>
      </w:r>
    </w:p>
    <w:p w14:paraId="0D308006" w14:textId="77777777" w:rsidR="007B774B" w:rsidRPr="00F45A6C" w:rsidRDefault="007B774B">
      <w:pPr>
        <w:pStyle w:val="SPPlainHeading"/>
        <w:spacing w:before="240" w:after="80"/>
        <w:rPr>
          <w:lang w:val="cs-CZ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9412"/>
      </w:tblGrid>
      <w:tr w:rsidR="00CE4794" w:rsidRPr="00F45A6C" w14:paraId="59DA52FE" w14:textId="77777777">
        <w:tc>
          <w:tcPr>
            <w:tcW w:w="9412" w:type="dxa"/>
            <w:tcBorders>
              <w:top w:val="single" w:sz="8" w:space="0" w:color="E2000F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71717"/>
            <w:tcMar>
              <w:top w:w="155" w:type="dxa"/>
              <w:left w:w="210" w:type="dxa"/>
              <w:bottom w:w="155" w:type="dxa"/>
              <w:right w:w="210" w:type="dxa"/>
            </w:tcMar>
            <w:vAlign w:val="center"/>
          </w:tcPr>
          <w:p w14:paraId="18AC1E27" w14:textId="6F9E84BD" w:rsidR="00CE4794" w:rsidRPr="00F45A6C" w:rsidRDefault="00163AEA">
            <w:pPr>
              <w:spacing w:after="80" w:line="240" w:lineRule="auto"/>
            </w:pPr>
            <w:r w:rsidRPr="00F45A6C">
              <w:rPr>
                <w:rFonts w:cs="Arial"/>
                <w:b/>
                <w:color w:val="FFFFFF"/>
              </w:rPr>
              <w:lastRenderedPageBreak/>
              <w:t>FAKTA V</w:t>
            </w:r>
            <w:r w:rsidR="002960A0">
              <w:rPr>
                <w:rFonts w:cs="Arial"/>
                <w:b/>
                <w:color w:val="FFFFFF"/>
              </w:rPr>
              <w:t> </w:t>
            </w:r>
            <w:r w:rsidRPr="00F45A6C">
              <w:rPr>
                <w:rFonts w:cs="Arial"/>
                <w:b/>
                <w:color w:val="FFFFFF"/>
              </w:rPr>
              <w:t>KOSTCE</w:t>
            </w:r>
            <w:r w:rsidR="002960A0">
              <w:rPr>
                <w:rFonts w:cs="Arial"/>
                <w:b/>
                <w:color w:val="FFFFFF"/>
              </w:rPr>
              <w:t>:</w:t>
            </w:r>
          </w:p>
          <w:p w14:paraId="0DF822DC" w14:textId="3A7230F1" w:rsidR="00B039E8" w:rsidRPr="00F45A6C" w:rsidRDefault="00B039E8">
            <w:pPr>
              <w:spacing w:after="40" w:line="240" w:lineRule="auto"/>
              <w:ind w:left="216" w:hanging="173"/>
              <w:rPr>
                <w:rFonts w:cs="Arial"/>
                <w:color w:val="FFFFFF"/>
                <w:sz w:val="19"/>
              </w:rPr>
            </w:pPr>
            <w:r w:rsidRPr="00F45A6C">
              <w:rPr>
                <w:rFonts w:ascii="Segoe UI Symbol" w:hAnsi="Segoe UI Symbol" w:cs="Segoe UI Symbol"/>
                <w:color w:val="FFFFFF"/>
                <w:sz w:val="19"/>
              </w:rPr>
              <w:t>❖</w:t>
            </w:r>
            <w:r w:rsidRPr="00F45A6C">
              <w:rPr>
                <w:rFonts w:cs="Arial"/>
                <w:color w:val="FFFFFF"/>
                <w:sz w:val="19"/>
              </w:rPr>
              <w:tab/>
              <w:t xml:space="preserve"> Závod / okruh: 4. podnik šampionátu EURO MOTO 2026 – Motorsport Arena </w:t>
            </w:r>
            <w:proofErr w:type="spellStart"/>
            <w:r w:rsidRPr="00F45A6C">
              <w:rPr>
                <w:rFonts w:cs="Arial"/>
                <w:color w:val="FFFFFF"/>
                <w:sz w:val="19"/>
              </w:rPr>
              <w:t>Oschersleben</w:t>
            </w:r>
            <w:proofErr w:type="spellEnd"/>
            <w:r w:rsidRPr="00F45A6C">
              <w:rPr>
                <w:rFonts w:cs="Arial"/>
                <w:color w:val="FFFFFF"/>
                <w:sz w:val="19"/>
              </w:rPr>
              <w:t xml:space="preserve"> (Německo), 31. 7. – 2. 8. 2026</w:t>
            </w:r>
          </w:p>
          <w:p w14:paraId="10EFC80D" w14:textId="49CC607F" w:rsidR="00CE4794" w:rsidRPr="00F45A6C" w:rsidRDefault="00B039E8">
            <w:pPr>
              <w:spacing w:after="40" w:line="240" w:lineRule="auto"/>
              <w:ind w:left="216" w:hanging="173"/>
            </w:pPr>
            <w:r w:rsidRPr="00F45A6C">
              <w:rPr>
                <w:rFonts w:ascii="Segoe UI Symbol" w:hAnsi="Segoe UI Symbol" w:cs="Segoe UI Symbol"/>
                <w:color w:val="FFFFFF"/>
                <w:sz w:val="19"/>
              </w:rPr>
              <w:t>❖</w:t>
            </w:r>
            <w:r w:rsidRPr="00F45A6C">
              <w:rPr>
                <w:rFonts w:cs="Arial"/>
                <w:color w:val="FFFFFF"/>
                <w:sz w:val="19"/>
              </w:rPr>
              <w:tab/>
              <w:t xml:space="preserve"> Jezdci / motocykly: Filip Novotný – Ducati </w:t>
            </w:r>
            <w:proofErr w:type="spellStart"/>
            <w:r w:rsidRPr="00F45A6C">
              <w:rPr>
                <w:rFonts w:cs="Arial"/>
                <w:color w:val="FFFFFF"/>
                <w:sz w:val="19"/>
              </w:rPr>
              <w:t>Panigale</w:t>
            </w:r>
            <w:proofErr w:type="spellEnd"/>
            <w:r w:rsidRPr="00F45A6C">
              <w:rPr>
                <w:rFonts w:cs="Arial"/>
                <w:color w:val="FFFFFF"/>
                <w:sz w:val="19"/>
              </w:rPr>
              <w:t xml:space="preserve"> V2 (#11); </w:t>
            </w:r>
            <w:proofErr w:type="spellStart"/>
            <w:r w:rsidRPr="00F45A6C">
              <w:rPr>
                <w:rFonts w:cs="Arial"/>
                <w:color w:val="FFFFFF"/>
                <w:sz w:val="19"/>
              </w:rPr>
              <w:t>Maks</w:t>
            </w:r>
            <w:proofErr w:type="spellEnd"/>
            <w:r w:rsidRPr="00F45A6C">
              <w:rPr>
                <w:rFonts w:cs="Arial"/>
                <w:color w:val="FFFFFF"/>
                <w:sz w:val="19"/>
              </w:rPr>
              <w:t xml:space="preserve"> </w:t>
            </w:r>
            <w:proofErr w:type="spellStart"/>
            <w:r w:rsidRPr="00F45A6C">
              <w:rPr>
                <w:rFonts w:cs="Arial"/>
                <w:color w:val="FFFFFF"/>
                <w:sz w:val="19"/>
              </w:rPr>
              <w:t>Palmowski</w:t>
            </w:r>
            <w:proofErr w:type="spellEnd"/>
            <w:r w:rsidRPr="00F45A6C">
              <w:rPr>
                <w:rFonts w:cs="Arial"/>
                <w:color w:val="FFFFFF"/>
                <w:sz w:val="19"/>
              </w:rPr>
              <w:t xml:space="preserve"> – </w:t>
            </w:r>
            <w:proofErr w:type="spellStart"/>
            <w:r w:rsidRPr="00F45A6C">
              <w:rPr>
                <w:rFonts w:cs="Arial"/>
                <w:color w:val="FFFFFF"/>
                <w:sz w:val="19"/>
              </w:rPr>
              <w:t>Aprilia</w:t>
            </w:r>
            <w:proofErr w:type="spellEnd"/>
            <w:r w:rsidRPr="00F45A6C">
              <w:rPr>
                <w:rFonts w:cs="Arial"/>
                <w:color w:val="FFFFFF"/>
                <w:sz w:val="19"/>
              </w:rPr>
              <w:t xml:space="preserve"> RS660 (#95)</w:t>
            </w:r>
          </w:p>
        </w:tc>
      </w:tr>
    </w:tbl>
    <w:p w14:paraId="27AEC3ED" w14:textId="77777777" w:rsidR="00CE4794" w:rsidRPr="00F45A6C" w:rsidRDefault="00CE4794"/>
    <w:p w14:paraId="769F12EB" w14:textId="77777777" w:rsidR="004D50FC" w:rsidRPr="00F45A6C" w:rsidRDefault="0098393C">
      <w:pPr>
        <w:pStyle w:val="SPPlainHeading"/>
        <w:spacing w:before="200" w:after="80"/>
        <w:rPr>
          <w:lang w:val="cs-CZ"/>
        </w:rPr>
      </w:pPr>
      <w:r w:rsidRPr="00F45A6C">
        <w:rPr>
          <w:lang w:val="cs-CZ"/>
        </w:rPr>
        <w:t>Poznámka pro editory</w:t>
      </w:r>
    </w:p>
    <w:p w14:paraId="211A82F4" w14:textId="745CB0EE" w:rsidR="004D50FC" w:rsidRPr="00F45A6C" w:rsidRDefault="0098393C">
      <w:pPr>
        <w:spacing w:after="120"/>
        <w:rPr>
          <w:sz w:val="19"/>
        </w:rPr>
      </w:pPr>
      <w:r w:rsidRPr="00F45A6C">
        <w:rPr>
          <w:sz w:val="19"/>
        </w:rPr>
        <w:t xml:space="preserve">SP </w:t>
      </w:r>
      <w:proofErr w:type="spellStart"/>
      <w:r w:rsidRPr="00F45A6C">
        <w:rPr>
          <w:sz w:val="19"/>
        </w:rPr>
        <w:t>race</w:t>
      </w:r>
      <w:proofErr w:type="spellEnd"/>
      <w:r w:rsidRPr="00F45A6C">
        <w:rPr>
          <w:sz w:val="19"/>
        </w:rPr>
        <w:t xml:space="preserve"> </w:t>
      </w:r>
      <w:proofErr w:type="spellStart"/>
      <w:r w:rsidRPr="00F45A6C">
        <w:rPr>
          <w:sz w:val="19"/>
        </w:rPr>
        <w:t>project</w:t>
      </w:r>
      <w:proofErr w:type="spellEnd"/>
      <w:r w:rsidRPr="00F45A6C">
        <w:rPr>
          <w:sz w:val="19"/>
        </w:rPr>
        <w:t xml:space="preserve"> je český motocyklový závodní tým, který podporuje mladé jezdce a staví na technickém know-how, vývoji a profesionálním zázemí. Za projektem stojí Josef Smolka, zakladatel týmu a klíčová osobnost jeho technického zázemí; důležitou roli v týmu má také David Ouřada, specialista na telemetrii, elektroniku a podvozek.</w:t>
      </w:r>
      <w:r w:rsidR="00B039E8" w:rsidRPr="00F45A6C">
        <w:rPr>
          <w:sz w:val="19"/>
        </w:rPr>
        <w:t xml:space="preserve"> </w:t>
      </w:r>
      <w:r w:rsidRPr="00F45A6C">
        <w:rPr>
          <w:sz w:val="19"/>
        </w:rPr>
        <w:t xml:space="preserve">V sezoně 2026 nastupuje SP </w:t>
      </w:r>
      <w:proofErr w:type="spellStart"/>
      <w:r w:rsidRPr="00F45A6C">
        <w:rPr>
          <w:sz w:val="19"/>
        </w:rPr>
        <w:t>race</w:t>
      </w:r>
      <w:proofErr w:type="spellEnd"/>
      <w:r w:rsidRPr="00F45A6C">
        <w:rPr>
          <w:sz w:val="19"/>
        </w:rPr>
        <w:t xml:space="preserve"> </w:t>
      </w:r>
      <w:proofErr w:type="spellStart"/>
      <w:r w:rsidRPr="00F45A6C">
        <w:rPr>
          <w:sz w:val="19"/>
        </w:rPr>
        <w:t>project</w:t>
      </w:r>
      <w:proofErr w:type="spellEnd"/>
      <w:r w:rsidRPr="00F45A6C">
        <w:rPr>
          <w:sz w:val="19"/>
        </w:rPr>
        <w:t xml:space="preserve"> v seriálu Euro Moto se dvěma jezdci: Filipem Novotným ve třídě Supersport a </w:t>
      </w:r>
      <w:proofErr w:type="spellStart"/>
      <w:r w:rsidRPr="00F45A6C">
        <w:rPr>
          <w:sz w:val="19"/>
        </w:rPr>
        <w:t>Maksem</w:t>
      </w:r>
      <w:proofErr w:type="spellEnd"/>
      <w:r w:rsidRPr="00F45A6C">
        <w:rPr>
          <w:sz w:val="19"/>
        </w:rPr>
        <w:t xml:space="preserve"> </w:t>
      </w:r>
      <w:proofErr w:type="spellStart"/>
      <w:r w:rsidRPr="00F45A6C">
        <w:rPr>
          <w:sz w:val="19"/>
        </w:rPr>
        <w:t>Palmowskim</w:t>
      </w:r>
      <w:proofErr w:type="spellEnd"/>
      <w:r w:rsidRPr="00F45A6C">
        <w:rPr>
          <w:sz w:val="19"/>
        </w:rPr>
        <w:t xml:space="preserve"> ve třídě </w:t>
      </w:r>
      <w:proofErr w:type="spellStart"/>
      <w:r w:rsidRPr="00F45A6C">
        <w:rPr>
          <w:sz w:val="19"/>
        </w:rPr>
        <w:t>Sportbike</w:t>
      </w:r>
      <w:proofErr w:type="spellEnd"/>
      <w:r w:rsidRPr="00F45A6C">
        <w:rPr>
          <w:sz w:val="19"/>
        </w:rPr>
        <w:t xml:space="preserve">. </w:t>
      </w:r>
      <w:r w:rsidR="00445C64" w:rsidRPr="00F45A6C">
        <w:rPr>
          <w:sz w:val="19"/>
        </w:rPr>
        <w:t>Tým propojuje závodění s inženýrským přístupem, prací s daty a spoluprací s českými univerzitami.</w:t>
      </w:r>
      <w:r w:rsidRPr="00F45A6C">
        <w:rPr>
          <w:sz w:val="19"/>
        </w:rPr>
        <w:t xml:space="preserve"> Více informací najdete na </w:t>
      </w:r>
      <w:hyperlink r:id="rId8" w:history="1">
        <w:r w:rsidR="007B774B" w:rsidRPr="00F45A6C">
          <w:rPr>
            <w:rStyle w:val="Hypertextovodkaz"/>
            <w:sz w:val="19"/>
          </w:rPr>
          <w:t>www.spraceproject.cz</w:t>
        </w:r>
      </w:hyperlink>
      <w:r w:rsidRPr="00F45A6C">
        <w:rPr>
          <w:sz w:val="19"/>
        </w:rPr>
        <w:t>.</w:t>
      </w:r>
    </w:p>
    <w:p w14:paraId="111E883C" w14:textId="77777777" w:rsidR="00521076" w:rsidRPr="00F45A6C" w:rsidRDefault="00521076">
      <w:pPr>
        <w:spacing w:after="120"/>
        <w:rPr>
          <w:sz w:val="19"/>
        </w:rPr>
      </w:pPr>
    </w:p>
    <w:p w14:paraId="2908CD2E" w14:textId="77777777" w:rsidR="00B039E8" w:rsidRPr="00F45A6C" w:rsidRDefault="00B039E8" w:rsidP="00B039E8">
      <w:pPr>
        <w:spacing w:after="0"/>
        <w:rPr>
          <w:b/>
          <w:bCs/>
          <w:sz w:val="19"/>
          <w:szCs w:val="19"/>
        </w:rPr>
      </w:pPr>
      <w:r w:rsidRPr="00F45A6C">
        <w:rPr>
          <w:b/>
          <w:bCs/>
          <w:sz w:val="19"/>
          <w:szCs w:val="19"/>
        </w:rPr>
        <w:t>Kontakt pro média:</w:t>
      </w:r>
    </w:p>
    <w:p w14:paraId="51B4305B" w14:textId="77777777" w:rsidR="00B039E8" w:rsidRPr="00F45A6C" w:rsidRDefault="00B039E8" w:rsidP="00B039E8">
      <w:pPr>
        <w:spacing w:after="0"/>
        <w:rPr>
          <w:sz w:val="19"/>
          <w:szCs w:val="19"/>
        </w:rPr>
      </w:pPr>
      <w:r w:rsidRPr="00F45A6C">
        <w:rPr>
          <w:sz w:val="19"/>
          <w:szCs w:val="19"/>
        </w:rPr>
        <w:t>Jaromír Krišica</w:t>
      </w:r>
    </w:p>
    <w:p w14:paraId="08AFFA50" w14:textId="77777777" w:rsidR="00B039E8" w:rsidRPr="00F45A6C" w:rsidRDefault="00B039E8" w:rsidP="00B039E8">
      <w:pPr>
        <w:spacing w:after="0"/>
        <w:rPr>
          <w:sz w:val="19"/>
          <w:szCs w:val="19"/>
        </w:rPr>
      </w:pPr>
      <w:hyperlink r:id="rId9">
        <w:r w:rsidRPr="00F45A6C">
          <w:rPr>
            <w:color w:val="0000FF"/>
            <w:sz w:val="19"/>
            <w:szCs w:val="19"/>
            <w:u w:val="single"/>
          </w:rPr>
          <w:t>krisica@crestmorava.cz</w:t>
        </w:r>
      </w:hyperlink>
    </w:p>
    <w:p w14:paraId="62228E13" w14:textId="4B303AD7" w:rsidR="00B039E8" w:rsidRPr="00F45A6C" w:rsidRDefault="00B039E8" w:rsidP="00B039E8">
      <w:pPr>
        <w:spacing w:after="0"/>
        <w:rPr>
          <w:sz w:val="19"/>
          <w:szCs w:val="19"/>
        </w:rPr>
      </w:pPr>
      <w:r w:rsidRPr="00F45A6C">
        <w:rPr>
          <w:sz w:val="19"/>
          <w:szCs w:val="19"/>
        </w:rPr>
        <w:t>+420 603 543 572</w:t>
      </w:r>
    </w:p>
    <w:p w14:paraId="0088EA02" w14:textId="7A765787" w:rsidR="007B774B" w:rsidRDefault="007B774B" w:rsidP="00B039E8">
      <w:pPr>
        <w:spacing w:after="120"/>
        <w:rPr>
          <w:sz w:val="19"/>
        </w:rPr>
      </w:pPr>
    </w:p>
    <w:sectPr w:rsidR="007B774B" w:rsidSect="00034616">
      <w:headerReference w:type="default" r:id="rId10"/>
      <w:footerReference w:type="default" r:id="rId11"/>
      <w:pgSz w:w="11906" w:h="16838"/>
      <w:pgMar w:top="1701" w:right="1247" w:bottom="1276" w:left="1247" w:header="198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8014F" w14:textId="77777777" w:rsidR="002A5FAE" w:rsidRPr="00F45A6C" w:rsidRDefault="002A5FAE">
      <w:pPr>
        <w:spacing w:after="0" w:line="240" w:lineRule="auto"/>
      </w:pPr>
      <w:r w:rsidRPr="00F45A6C">
        <w:separator/>
      </w:r>
    </w:p>
  </w:endnote>
  <w:endnote w:type="continuationSeparator" w:id="0">
    <w:p w14:paraId="62622F61" w14:textId="77777777" w:rsidR="002A5FAE" w:rsidRPr="00F45A6C" w:rsidRDefault="002A5FAE">
      <w:pPr>
        <w:spacing w:after="0" w:line="240" w:lineRule="auto"/>
      </w:pPr>
      <w:r w:rsidRPr="00F45A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AC19" w14:textId="77777777" w:rsidR="004D50FC" w:rsidRPr="00F45A6C" w:rsidRDefault="004D50FC">
    <w:pPr>
      <w:pStyle w:val="Zpat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6336"/>
      <w:gridCol w:w="3600"/>
    </w:tblGrid>
    <w:tr w:rsidR="004D50FC" w:rsidRPr="00F45A6C" w14:paraId="2700CE9F" w14:textId="77777777">
      <w:trPr>
        <w:trHeight w:hRule="exact" w:val="40"/>
        <w:jc w:val="center"/>
      </w:trPr>
      <w:tc>
        <w:tcPr>
          <w:tcW w:w="9936" w:type="dxa"/>
          <w:gridSpan w:val="2"/>
          <w:shd w:val="clear" w:color="auto" w:fill="E2000F"/>
          <w:tcMar>
            <w:top w:w="0" w:type="dxa"/>
            <w:left w:w="0" w:type="dxa"/>
            <w:bottom w:w="0" w:type="dxa"/>
            <w:right w:w="0" w:type="dxa"/>
          </w:tcMar>
        </w:tcPr>
        <w:p w14:paraId="759317B1" w14:textId="77777777" w:rsidR="004D50FC" w:rsidRPr="00F45A6C" w:rsidRDefault="004D50FC"/>
      </w:tc>
    </w:tr>
    <w:tr w:rsidR="004D50FC" w:rsidRPr="00F45A6C" w14:paraId="61D8E1E9" w14:textId="77777777">
      <w:trPr>
        <w:trHeight w:hRule="exact" w:val="430"/>
        <w:jc w:val="center"/>
      </w:trPr>
      <w:tc>
        <w:tcPr>
          <w:tcW w:w="6336" w:type="dxa"/>
          <w:shd w:val="clear" w:color="auto" w:fill="242424"/>
          <w:tcMar>
            <w:top w:w="90" w:type="dxa"/>
            <w:left w:w="110" w:type="dxa"/>
            <w:bottom w:w="80" w:type="dxa"/>
            <w:right w:w="110" w:type="dxa"/>
          </w:tcMar>
          <w:vAlign w:val="center"/>
        </w:tcPr>
        <w:p w14:paraId="65038433" w14:textId="77777777" w:rsidR="004D50FC" w:rsidRPr="00F45A6C" w:rsidRDefault="0098393C">
          <w:pPr>
            <w:spacing w:after="0"/>
          </w:pPr>
          <w:r w:rsidRPr="00F45A6C">
            <w:rPr>
              <w:b/>
              <w:color w:val="F2F2F2"/>
              <w:sz w:val="16"/>
            </w:rPr>
            <w:t xml:space="preserve">SP </w:t>
          </w:r>
          <w:proofErr w:type="spellStart"/>
          <w:r w:rsidRPr="00F45A6C">
            <w:rPr>
              <w:b/>
              <w:color w:val="F2F2F2"/>
              <w:sz w:val="16"/>
            </w:rPr>
            <w:t>race</w:t>
          </w:r>
          <w:proofErr w:type="spellEnd"/>
          <w:r w:rsidRPr="00F45A6C">
            <w:rPr>
              <w:b/>
              <w:color w:val="F2F2F2"/>
              <w:sz w:val="16"/>
            </w:rPr>
            <w:t xml:space="preserve"> </w:t>
          </w:r>
          <w:proofErr w:type="spellStart"/>
          <w:r w:rsidRPr="00F45A6C">
            <w:rPr>
              <w:b/>
              <w:color w:val="F2F2F2"/>
              <w:sz w:val="16"/>
            </w:rPr>
            <w:t>project</w:t>
          </w:r>
          <w:proofErr w:type="spellEnd"/>
          <w:r w:rsidRPr="00F45A6C">
            <w:rPr>
              <w:b/>
              <w:color w:val="F2F2F2"/>
              <w:sz w:val="16"/>
            </w:rPr>
            <w:t xml:space="preserve"> | www.spraceproject.cz</w:t>
          </w:r>
        </w:p>
      </w:tc>
      <w:tc>
        <w:tcPr>
          <w:tcW w:w="3600" w:type="dxa"/>
          <w:shd w:val="clear" w:color="auto" w:fill="242424"/>
          <w:tcMar>
            <w:top w:w="90" w:type="dxa"/>
            <w:left w:w="110" w:type="dxa"/>
            <w:bottom w:w="80" w:type="dxa"/>
            <w:right w:w="110" w:type="dxa"/>
          </w:tcMar>
          <w:vAlign w:val="center"/>
        </w:tcPr>
        <w:p w14:paraId="52F37B95" w14:textId="77777777" w:rsidR="004D50FC" w:rsidRPr="00F45A6C" w:rsidRDefault="0098393C">
          <w:pPr>
            <w:spacing w:after="0"/>
            <w:jc w:val="right"/>
          </w:pPr>
          <w:r w:rsidRPr="00F45A6C">
            <w:rPr>
              <w:color w:val="D9D9D9"/>
              <w:sz w:val="16"/>
            </w:rPr>
            <w:t xml:space="preserve">strana </w:t>
          </w:r>
          <w:r w:rsidRPr="00F45A6C">
            <w:rPr>
              <w:color w:val="D9D9D9"/>
              <w:sz w:val="17"/>
            </w:rPr>
            <w:fldChar w:fldCharType="begin"/>
          </w:r>
          <w:r w:rsidRPr="00F45A6C">
            <w:rPr>
              <w:color w:val="D9D9D9"/>
              <w:sz w:val="17"/>
            </w:rPr>
            <w:instrText>PAGE</w:instrText>
          </w:r>
          <w:r w:rsidRPr="00F45A6C">
            <w:rPr>
              <w:color w:val="D9D9D9"/>
              <w:sz w:val="17"/>
            </w:rPr>
            <w:fldChar w:fldCharType="separate"/>
          </w:r>
          <w:r w:rsidR="00445C64" w:rsidRPr="00F45A6C">
            <w:rPr>
              <w:color w:val="D9D9D9"/>
              <w:sz w:val="17"/>
            </w:rPr>
            <w:t>1</w:t>
          </w:r>
          <w:r w:rsidRPr="00F45A6C">
            <w:rPr>
              <w:color w:val="D9D9D9"/>
              <w:sz w:val="17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82C6" w14:textId="77777777" w:rsidR="002A5FAE" w:rsidRPr="00F45A6C" w:rsidRDefault="002A5FAE">
      <w:pPr>
        <w:spacing w:after="0" w:line="240" w:lineRule="auto"/>
      </w:pPr>
      <w:r w:rsidRPr="00F45A6C">
        <w:separator/>
      </w:r>
    </w:p>
  </w:footnote>
  <w:footnote w:type="continuationSeparator" w:id="0">
    <w:p w14:paraId="43F9D226" w14:textId="77777777" w:rsidR="002A5FAE" w:rsidRPr="00F45A6C" w:rsidRDefault="002A5FAE">
      <w:pPr>
        <w:spacing w:after="0" w:line="240" w:lineRule="auto"/>
      </w:pPr>
      <w:r w:rsidRPr="00F45A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4F5F" w14:textId="77777777" w:rsidR="004D50FC" w:rsidRPr="00F45A6C" w:rsidRDefault="004D50FC">
    <w:pPr>
      <w:pStyle w:val="Zhlav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056"/>
      <w:gridCol w:w="2880"/>
    </w:tblGrid>
    <w:tr w:rsidR="004D50FC" w:rsidRPr="00F45A6C" w14:paraId="575996BA" w14:textId="77777777">
      <w:trPr>
        <w:trHeight w:hRule="exact" w:val="1080"/>
        <w:jc w:val="center"/>
      </w:trPr>
      <w:tc>
        <w:tcPr>
          <w:tcW w:w="7056" w:type="dxa"/>
          <w:shd w:val="clear" w:color="auto" w:fill="FFFFFF"/>
          <w:tcMar>
            <w:top w:w="80" w:type="dxa"/>
            <w:left w:w="20" w:type="dxa"/>
            <w:bottom w:w="40" w:type="dxa"/>
            <w:right w:w="20" w:type="dxa"/>
          </w:tcMar>
          <w:vAlign w:val="center"/>
        </w:tcPr>
        <w:p w14:paraId="6119CDEB" w14:textId="77777777" w:rsidR="004D50FC" w:rsidRPr="00F45A6C" w:rsidRDefault="0098393C">
          <w:pPr>
            <w:spacing w:after="0"/>
          </w:pPr>
          <w:r w:rsidRPr="00F45A6C">
            <w:rPr>
              <w:noProof/>
              <w:lang w:eastAsia="cs-CZ"/>
            </w:rPr>
            <w:drawing>
              <wp:inline distT="0" distB="0" distL="0" distR="0" wp14:anchorId="461FF9D4" wp14:editId="53C00385">
                <wp:extent cx="1737360" cy="63474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top_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0" cy="634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shd w:val="clear" w:color="auto" w:fill="FFFFFF"/>
          <w:tcMar>
            <w:top w:w="80" w:type="dxa"/>
            <w:left w:w="20" w:type="dxa"/>
            <w:bottom w:w="40" w:type="dxa"/>
            <w:right w:w="20" w:type="dxa"/>
          </w:tcMar>
          <w:vAlign w:val="center"/>
        </w:tcPr>
        <w:p w14:paraId="35FDAB7B" w14:textId="77777777" w:rsidR="004D50FC" w:rsidRPr="00F45A6C" w:rsidRDefault="0098393C">
          <w:pPr>
            <w:spacing w:after="0"/>
            <w:jc w:val="right"/>
          </w:pPr>
          <w:r w:rsidRPr="00F45A6C">
            <w:rPr>
              <w:b/>
              <w:sz w:val="19"/>
            </w:rPr>
            <w:t>TISKOVÁ ZPRÁVA</w:t>
          </w:r>
        </w:p>
        <w:p w14:paraId="5FA851DE" w14:textId="77777777" w:rsidR="004D50FC" w:rsidRPr="00F45A6C" w:rsidRDefault="0098393C">
          <w:pPr>
            <w:spacing w:after="0"/>
            <w:jc w:val="right"/>
          </w:pPr>
          <w:r w:rsidRPr="00F45A6C">
            <w:rPr>
              <w:color w:val="545453"/>
              <w:sz w:val="16"/>
            </w:rPr>
            <w:t>SP RACE PROJECT</w:t>
          </w:r>
        </w:p>
      </w:tc>
    </w:tr>
    <w:tr w:rsidR="004D50FC" w:rsidRPr="00F45A6C" w14:paraId="27A3669F" w14:textId="77777777">
      <w:trPr>
        <w:trHeight w:hRule="exact" w:val="60"/>
        <w:jc w:val="center"/>
      </w:trPr>
      <w:tc>
        <w:tcPr>
          <w:tcW w:w="9936" w:type="dxa"/>
          <w:gridSpan w:val="2"/>
          <w:shd w:val="clear" w:color="auto" w:fill="E2000F"/>
          <w:tcMar>
            <w:top w:w="0" w:type="dxa"/>
            <w:left w:w="0" w:type="dxa"/>
            <w:bottom w:w="0" w:type="dxa"/>
            <w:right w:w="0" w:type="dxa"/>
          </w:tcMar>
        </w:tcPr>
        <w:p w14:paraId="22F838AF" w14:textId="77777777" w:rsidR="004D50FC" w:rsidRPr="00F45A6C" w:rsidRDefault="004D50FC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975974">
    <w:abstractNumId w:val="8"/>
  </w:num>
  <w:num w:numId="2" w16cid:durableId="1774595461">
    <w:abstractNumId w:val="6"/>
  </w:num>
  <w:num w:numId="3" w16cid:durableId="1854764431">
    <w:abstractNumId w:val="5"/>
  </w:num>
  <w:num w:numId="4" w16cid:durableId="1582331610">
    <w:abstractNumId w:val="4"/>
  </w:num>
  <w:num w:numId="5" w16cid:durableId="331840091">
    <w:abstractNumId w:val="7"/>
  </w:num>
  <w:num w:numId="6" w16cid:durableId="174544278">
    <w:abstractNumId w:val="3"/>
  </w:num>
  <w:num w:numId="7" w16cid:durableId="1025861618">
    <w:abstractNumId w:val="2"/>
  </w:num>
  <w:num w:numId="8" w16cid:durableId="8914296">
    <w:abstractNumId w:val="1"/>
  </w:num>
  <w:num w:numId="9" w16cid:durableId="32756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3AEA"/>
    <w:rsid w:val="002960A0"/>
    <w:rsid w:val="0029639D"/>
    <w:rsid w:val="002A5FAE"/>
    <w:rsid w:val="00326F90"/>
    <w:rsid w:val="0037275A"/>
    <w:rsid w:val="00445C64"/>
    <w:rsid w:val="004D50FC"/>
    <w:rsid w:val="00521076"/>
    <w:rsid w:val="005B0C1A"/>
    <w:rsid w:val="007B774B"/>
    <w:rsid w:val="00802ACB"/>
    <w:rsid w:val="0098393C"/>
    <w:rsid w:val="00AA1D8D"/>
    <w:rsid w:val="00B039E8"/>
    <w:rsid w:val="00B47730"/>
    <w:rsid w:val="00CB0664"/>
    <w:rsid w:val="00CE4794"/>
    <w:rsid w:val="00D23A59"/>
    <w:rsid w:val="00E852AC"/>
    <w:rsid w:val="00F45A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BA6A9"/>
  <w14:defaultImageDpi w14:val="300"/>
  <w15:docId w15:val="{F9D69144-617C-43CF-9CFC-1AFFEC43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60"/>
    </w:pPr>
    <w:rPr>
      <w:rFonts w:ascii="Arial" w:eastAsia="Arial" w:hAnsi="Arial"/>
      <w:color w:val="171717"/>
      <w:sz w:val="21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PPlainTitle">
    <w:name w:val="SP Plain Title"/>
    <w:pPr>
      <w:spacing w:after="120"/>
    </w:pPr>
    <w:rPr>
      <w:rFonts w:ascii="Arial" w:eastAsia="Arial" w:hAnsi="Arial"/>
      <w:b/>
      <w:color w:val="171717"/>
      <w:sz w:val="44"/>
    </w:rPr>
  </w:style>
  <w:style w:type="paragraph" w:customStyle="1" w:styleId="SPPlainLead">
    <w:name w:val="SP Plain Lead"/>
    <w:pPr>
      <w:spacing w:after="120"/>
    </w:pPr>
    <w:rPr>
      <w:rFonts w:ascii="Arial" w:eastAsia="Arial" w:hAnsi="Arial"/>
      <w:b/>
      <w:color w:val="171717"/>
      <w:sz w:val="23"/>
    </w:rPr>
  </w:style>
  <w:style w:type="paragraph" w:customStyle="1" w:styleId="SPPlainHeading">
    <w:name w:val="SP Plain Heading"/>
    <w:pPr>
      <w:spacing w:after="120"/>
    </w:pPr>
    <w:rPr>
      <w:rFonts w:ascii="Arial" w:eastAsia="Arial" w:hAnsi="Arial"/>
      <w:b/>
      <w:color w:val="171717"/>
      <w:sz w:val="24"/>
    </w:rPr>
  </w:style>
  <w:style w:type="paragraph" w:customStyle="1" w:styleId="SPPlainSmall">
    <w:name w:val="SP Plain Small"/>
    <w:pPr>
      <w:spacing w:after="120"/>
    </w:pPr>
    <w:rPr>
      <w:rFonts w:ascii="Arial" w:eastAsia="Arial" w:hAnsi="Arial"/>
      <w:color w:val="545453"/>
      <w:sz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74B"/>
    <w:rPr>
      <w:rFonts w:ascii="Tahoma" w:eastAsia="Arial" w:hAnsi="Tahoma" w:cs="Tahoma"/>
      <w:color w:val="171717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B7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aceprojec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ica@crestmora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311A95-2018-4034-A140-AEAE7BD7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Lukas Klapil</cp:lastModifiedBy>
  <cp:revision>5</cp:revision>
  <dcterms:created xsi:type="dcterms:W3CDTF">2026-07-30T07:51:00Z</dcterms:created>
  <dcterms:modified xsi:type="dcterms:W3CDTF">2026-07-30T14:13:00Z</dcterms:modified>
  <cp:category/>
</cp:coreProperties>
</file>